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לחודש כסליו ולחג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מנהגים, סמלים וערכים של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וכתיבה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נס גדול היה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מאכלים מסורתיים המטוגנים בשמן, לזכר נס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חנוכה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שמות של סוגי גשם עונתיים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נהוג בחלק מהקהילות בתקופת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חנוכה נחגג לזכר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(המנורה שבה מדליקים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מיוחד ובלתי צפוי)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(מאכל מטוגן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(הנר שמדליק את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מצפים למשפט שלם שמתאר מנהג אחד, כמו הדלקת נרות או אכילת מאכל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מצפים למשפט חיובי שמתאר מעשה טוב או משאלה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לביבות או סופגניות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החדשות בקול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להוסיף תרגום קצר למילים הקשות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לגרסת חנ"מ על ידי הסרת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יש חג שנקרא חנוכה. נלמד מילים חדשות על החג. נדבר על נרות, סביבון ומאכלים.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חודש עברי,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האור, נמשך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המנורה שבה מדליקים נרות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קטן שמסתובב,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בצורה לא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 מתפוחי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המיוחד שמדליק את שאר הנרות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חג חוגגים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יש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המזל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עונה היא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אומרות האותיות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חג קטן יש גם בכסליו?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לביבות וסופגניות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יום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יורה ומלקוש קשורות לגשם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הבנות מדליקים נר נוסף לכבוד נשים אמיצות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בלי שום קשר לנס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מדליקים נרות ב__________ בכל לילה של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משחקים ב__________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הערכים של חודש כסליו הוא ה__________, כלומר אור בתוך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משפחת המילים א-ו-ר כוללת גם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המזל של חודש כסליו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המנורה שבה מדליקים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לביבות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מיוחד ובלתי צפוי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מנהג חנוכה במשפחה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משאלה אחת ל'אור שלי' – דבר טוב שתרצו לעשות השבוע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מהערכים של החודש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