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לחודש כסליו ולחג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מנהגים, סמלים וערכים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וכתיבה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מאכלים מסורתיים המטוגנים בשמן, לזכר נס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נמשך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(המנורה שבה מדליקים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(אירוע מיוחד ובלתי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(מאכל מטוגן מתפוחי 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מצפים למשפט שלם שמתאר מנהג אחד, כמו הדלקת נרות או אכילת מאכל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החדשות בקול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תרגום קצר למילים הקשות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לגרסת חנ"מ על ידי הסרת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בחודש כסליו חוגגים את חג החנוכה. בדף הזה נלמד מילים חדשות, נכיר מנהגים וסמלים של החג, ונתרגל אותם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סביבון  ·  אור  ·  חנוכייה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החג שחוגגים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נרות מדליקים בלילה האחרון של חנוכה, לא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עונה נמצא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אוכלים לביבות וסופגניות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מדליקים נרות ב__________ בכל לילה של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משחקים ב__________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אחד הערכים של חודש כסליו הוא ה__________, כלומר אור בתוך 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מיוחד ובלתי 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המנורה שבה מדליקים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צעצוע מסתובב עם ארבע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מנהג חנוכה במשפחה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